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H5 Weimar and Nazi Germany, 1918–39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4</w:t>
      </w:r>
    </w:p>
    <w:p>
      <w:r>
        <w:t>Edexcel GCSE History 1HI0 | Paper 3 · Option 31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Revolution and the Weimar Constitution, 1918–19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defeat, unrest, abdication and the establishment of the republic.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strengths and weaknesses of the Weimar Constitution.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Early challenges, 1919–23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resentment of Versailles and the false stab-in-the-back claim.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challenges from Spartacists, Freikorps and the Kapp Putsch.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Ruhr occupation, passive resistance and hyperinflation.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effects of hyperinflation on different social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Recovery and society, 1924–29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currency stabilisation, the Dawes and Young Plans and dependence on US loans.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Stresemann's contribution to international acceptance.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how far recovery improved living standards across German society.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changes and continuing limits in women's work, politics and leisure.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developments in Weimar art, architecture and cinema and reactions to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H5 Weimar and Nazi Germany, 1918–39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4</w:t>
      </w:r>
    </w:p>
    <w:p>
      <w:r>
        <w:t>Edexcel GCSE History 1HI0 | Paper 3 · Option 31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Early Nazis and the Munich Putsch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Nazi origins, the Twenty-Five Point Programme and the SA.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causes, events and consequences of the Munich Putsch.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party reorganisation, Bamberg and limited support before the Depression.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Depression and appointment, 1929–33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Depression affected unemployment and confidence in democracy.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Nazi electoral growth through promises, propaganda, violence and fear of communism.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1932 elections and elite decisions leading to Hitler's appointment.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Dictatorship and the police state, 1933–34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Fire, Enabling Act and suppression of alternatives established dictatorship.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Röhm's threat and the Night of the Long Knives.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Hindenburg's death, the Führer role and the personal army oath.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terror through the SS, Gestapo, camps and Nazi control of law.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H5 Weimar and Nazi Germany, 1918–39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4</w:t>
      </w:r>
    </w:p>
    <w:p>
      <w:r>
        <w:t>Edexcel GCSE History 1HI0 | Paper 3 · Option 31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Propaganda, religion and opposition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Goebbels' use of censorship, media, rallies and 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Nazi control of culture and attempts to control churches.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opposition from Niemöller, other Christians and youth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evidence of support, conformity and resistance.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Women, youth and work, 1933–39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Nazi policies towards women's families, employment and appearance.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youth organisations and indoctrination through education.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job-creation policies and the limits of unemployment statistics.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workers' living standards using wages, hours, freedom and leisure provision.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Racist persecution, 1933–39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false Nazi racial beliefs and persecution of different minority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escalation of Jewish persecution from 1933 to 1939.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H5 Weimar and Nazi Germany, 1918–39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4 of 4</w:t>
      </w:r>
    </w:p>
    <w:p>
      <w:r>
        <w:t>Edexcel GCSE History 1HI0 | Paper 3 · Option 31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Sources, interpretations and judgement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Make an inference supported by a precise source detail.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source usefulness for an enquiry using content, provenance and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differences between interpretations and explain how focus or evidence may account for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an interpretation with contextual knowledge, comparison and a supported judgement.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H5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 Weimar and Nazi Germany, 1918–39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