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H4 Superpower relations and the Cold War, 1941–91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4</w:t>
      </w:r>
    </w:p>
    <w:p>
      <w:r>
        <w:t>Edexcel GCSE History 1HI0 | Paper 2 · Option P4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Alliance, ideology and growing tension, 1941–46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Grand Alliance and ideological and security differences.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the outcomes and tensions of Tehran, Yalta and Potsdam.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leadership changes and atomic weapons affected relations.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the two telegrams and satellite states deepened mutual suspicion.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Containment, blocs and Berlin, 1947–49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the Truman Doctrine and Marshall Plan advanced containment.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the roles of Cominform, Comecon and NATO.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Berlin's occupation geography and the causes and consequences of blockade and airlift.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formation of separate German states and NATO.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Arms race and Hungary, 1949–58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arms race, deterrence and formation of the Warsaw Pact.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Hungarian Uprising, Soviet response and limits of international intervention.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H4 Superpower relations and the Cold War, 1941–91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4</w:t>
      </w:r>
    </w:p>
    <w:p>
      <w:r>
        <w:t>Edexcel GCSE History 1HI0 | Paper 2 · Option P4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Berlin and Cuba, 1958–63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refugee problem, ultimatum and failed summit diplomacy before the Berlin Wall.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construction and consequences of the Wall and Kennedy's 1963 visit.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Cuba's revolution and the Bay of Pigs affected superpower relations.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a linked account of the Cuban Missile Crisis and its settlement.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consequences of Cuba, including the hotline and movement towards arms control.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Prague and arms control, 1963–70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the scope and limits of the 1963, 1967 and 1968 arms-control treaties.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Prague Spring, invasion and Brezhnev Doctrine.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international responses to Soviet action in Hungary and Czechoslovakia.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H4 Superpower relations and the Cold War, 1941–91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4</w:t>
      </w:r>
    </w:p>
    <w:p>
      <w:r>
        <w:t>Edexcel GCSE History 1HI0 | Paper 2 · Option P4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Détente and renewed hostility, 1970–85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détente and the significance and limits of SALT I, Helsinki and SALT II.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Helsinki's human-rights commitments could weaken communist control.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Afghanistan, the Carter Doctrine and Olympic boycotts in the end of détente.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Reagan's policies, SDI and reasons for renewed dialogue.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Gorbachev and the end, 1985–91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Gorbachev's reforms, new thinking and cooperation with Reagan.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INF Treaty and factors reducing superpower tension.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Soviet policy and local opposition contributed to Eastern European change.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fall of the Wall and the linked but distinct collapses of the bloc and USSR.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H4 Superpower relations and the Cold War, 1941–91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4 of 4</w:t>
      </w:r>
    </w:p>
    <w:p>
      <w:r>
        <w:t>Edexcel GCSE History 1HI0 | Paper 2 · Option P4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Period-study reasoning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two distinct, evidenced consequences of a specified Cold War development.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a chronological account explaining links between developments.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 event's importance for the relationship specified in a question.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H4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H4 Superpower relations and the Cold War, 1941–91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